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C6B99" w14:textId="77777777" w:rsidR="004649E5" w:rsidRPr="00E66058" w:rsidRDefault="00E66058">
      <w:pPr>
        <w:pStyle w:val="Ttulo1"/>
        <w:rPr>
          <w:lang w:val="es-ES"/>
        </w:rPr>
      </w:pPr>
      <w:r w:rsidRPr="00E66058">
        <w:rPr>
          <w:lang w:val="es-ES"/>
        </w:rPr>
        <w:t>SOLICITUD DE MEDIDAS DE CONCILIACIÓN</w:t>
      </w:r>
      <w:r w:rsidRPr="00E66058">
        <w:rPr>
          <w:lang w:val="es-ES"/>
        </w:rPr>
        <w:br/>
        <w:t>Hotel Indalo Park</w:t>
      </w:r>
    </w:p>
    <w:p w14:paraId="08688CCD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t>Datos de la persona trabajadora</w:t>
      </w:r>
    </w:p>
    <w:p w14:paraId="2DEE3B23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t>Nombre y apellidos: ______________________________________________</w:t>
      </w:r>
    </w:p>
    <w:p w14:paraId="275F7D11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t>DNI/NIE: _________________________________________________________</w:t>
      </w:r>
    </w:p>
    <w:p w14:paraId="154DB65E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t>Puesto de trabajo: _______________________________________________</w:t>
      </w:r>
    </w:p>
    <w:p w14:paraId="6159E8AC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t>Departamento: ____________________________________________________</w:t>
      </w:r>
    </w:p>
    <w:p w14:paraId="513FF4FC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t>Fecha de solicitud: ____ / ____ / ______</w:t>
      </w:r>
    </w:p>
    <w:p w14:paraId="1DA653F8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br/>
        <w:t>Tipo de medida solicitada</w:t>
      </w:r>
    </w:p>
    <w:p w14:paraId="10F02491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t>☐ Adaptación de jornada / horario</w:t>
      </w:r>
    </w:p>
    <w:p w14:paraId="67B78F7D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t>☐ Reducción de jornada por cuidado de menor</w:t>
      </w:r>
    </w:p>
    <w:p w14:paraId="08088CD3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t>☐ Reducción de jornada por cuidado de familiar</w:t>
      </w:r>
    </w:p>
    <w:p w14:paraId="4B0F2908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t>☐ Permiso por lactancia</w:t>
      </w:r>
    </w:p>
    <w:p w14:paraId="1FA60275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t>☐ Excedencia por cuidado de hijo/a</w:t>
      </w:r>
    </w:p>
    <w:p w14:paraId="3EB90138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t>☐ Excedencia por cuidado de familiar</w:t>
      </w:r>
    </w:p>
    <w:p w14:paraId="5A709C75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t>☐ Cambio temporal de turno</w:t>
      </w:r>
    </w:p>
    <w:p w14:paraId="2D2F098D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t>☐ Otra medida de conciliación (especificar): __________________________________</w:t>
      </w:r>
    </w:p>
    <w:p w14:paraId="008E1FEC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br/>
        <w:t>Motivo de la solicitud</w:t>
      </w:r>
    </w:p>
    <w:p w14:paraId="676B4EF7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t>__________________________________________________________________</w:t>
      </w:r>
    </w:p>
    <w:p w14:paraId="1AC13658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t>__________________________________________________________________</w:t>
      </w:r>
    </w:p>
    <w:p w14:paraId="014EA065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t>__________________________________________________________________</w:t>
      </w:r>
    </w:p>
    <w:p w14:paraId="406BEEAD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br/>
        <w:t>Propuesta de adaptación solicitada</w:t>
      </w:r>
    </w:p>
    <w:p w14:paraId="07B02E3B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t>Nuevo horario o jornada propuesta:</w:t>
      </w:r>
    </w:p>
    <w:p w14:paraId="0CEA4209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t>__________________________________________________________________</w:t>
      </w:r>
    </w:p>
    <w:p w14:paraId="11F41A61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t>__________________________________________________________________</w:t>
      </w:r>
    </w:p>
    <w:p w14:paraId="5CA4BD2C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lastRenderedPageBreak/>
        <w:t>Fecha de inicio solicitada: ____ / ____ / ______</w:t>
      </w:r>
    </w:p>
    <w:p w14:paraId="36FA3B31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t>Duración prevista (si procede): __________________________________</w:t>
      </w:r>
    </w:p>
    <w:p w14:paraId="38BDAA75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br/>
        <w:t>Documentación que se adjunta (si procede)</w:t>
      </w:r>
    </w:p>
    <w:p w14:paraId="5F41144F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t>☐ Libro de familia</w:t>
      </w:r>
    </w:p>
    <w:p w14:paraId="5EB4F151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t>☐ Certificado médico</w:t>
      </w:r>
    </w:p>
    <w:p w14:paraId="5E9A895D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t>☐ Documento acreditativo de dependencia</w:t>
      </w:r>
    </w:p>
    <w:p w14:paraId="6994A5ED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t>☐ Otro documento: ________________________________________________</w:t>
      </w:r>
    </w:p>
    <w:p w14:paraId="06AE5995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br/>
        <w:t>Declaración</w:t>
      </w:r>
    </w:p>
    <w:p w14:paraId="69AF4C7E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t>La persona trabajadora declara que la presente solicitud se realiza con el objetivo de facilitar la conciliación de la vida personal, familiar y laboral, conforme a la normativa laboral vigente.</w:t>
      </w:r>
    </w:p>
    <w:p w14:paraId="051673CA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br/>
        <w:t>Firma de la persona trabajadora</w:t>
      </w:r>
    </w:p>
    <w:p w14:paraId="4964C315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t>Firma: _______________________________</w:t>
      </w:r>
    </w:p>
    <w:p w14:paraId="399CC709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t>Fecha: ____ / ____ / ______</w:t>
      </w:r>
    </w:p>
    <w:p w14:paraId="4E8C65E8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br/>
        <w:t>Resolución de la empresa</w:t>
      </w:r>
    </w:p>
    <w:p w14:paraId="7B2E539D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t>☐ Aprueba la solicitud</w:t>
      </w:r>
    </w:p>
    <w:p w14:paraId="3B4AA22D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t>☐ Aprueba la solicitud con las siguientes modificaciones:</w:t>
      </w:r>
    </w:p>
    <w:p w14:paraId="393C60CE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t>__________________________________________________________________</w:t>
      </w:r>
    </w:p>
    <w:p w14:paraId="5C5A8B1D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t>☐ No aprueba la solicitud por los siguientes motivos organizativos:</w:t>
      </w:r>
    </w:p>
    <w:p w14:paraId="1897ADEE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t>__________________________________________________________________</w:t>
      </w:r>
    </w:p>
    <w:p w14:paraId="0DF84780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t>Responsable de la empresa: ______________________________________</w:t>
      </w:r>
    </w:p>
    <w:p w14:paraId="08DBAA48" w14:textId="77777777" w:rsidR="004649E5" w:rsidRPr="00E66058" w:rsidRDefault="00E66058">
      <w:pPr>
        <w:rPr>
          <w:lang w:val="es-ES"/>
        </w:rPr>
      </w:pPr>
      <w:r w:rsidRPr="00E66058">
        <w:rPr>
          <w:lang w:val="es-ES"/>
        </w:rPr>
        <w:t>Cargo: __________________________________________________________</w:t>
      </w:r>
    </w:p>
    <w:p w14:paraId="6E204925" w14:textId="77777777" w:rsidR="004649E5" w:rsidRDefault="00E66058">
      <w:proofErr w:type="spellStart"/>
      <w:r>
        <w:t>Firma</w:t>
      </w:r>
      <w:proofErr w:type="spellEnd"/>
      <w:r>
        <w:t>: _______________________________</w:t>
      </w:r>
    </w:p>
    <w:p w14:paraId="67A30B19" w14:textId="77777777" w:rsidR="004649E5" w:rsidRDefault="00E66058">
      <w:r>
        <w:t>Fecha de resolución: ____ / ____ / ______</w:t>
      </w:r>
    </w:p>
    <w:sectPr w:rsidR="004649E5" w:rsidSect="00E66058">
      <w:pgSz w:w="12240" w:h="15840"/>
      <w:pgMar w:top="709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0323794">
    <w:abstractNumId w:val="8"/>
  </w:num>
  <w:num w:numId="2" w16cid:durableId="719477134">
    <w:abstractNumId w:val="6"/>
  </w:num>
  <w:num w:numId="3" w16cid:durableId="20397736">
    <w:abstractNumId w:val="5"/>
  </w:num>
  <w:num w:numId="4" w16cid:durableId="227495713">
    <w:abstractNumId w:val="4"/>
  </w:num>
  <w:num w:numId="5" w16cid:durableId="929966816">
    <w:abstractNumId w:val="7"/>
  </w:num>
  <w:num w:numId="6" w16cid:durableId="934021540">
    <w:abstractNumId w:val="3"/>
  </w:num>
  <w:num w:numId="7" w16cid:durableId="1493181119">
    <w:abstractNumId w:val="2"/>
  </w:num>
  <w:num w:numId="8" w16cid:durableId="453329256">
    <w:abstractNumId w:val="1"/>
  </w:num>
  <w:num w:numId="9" w16cid:durableId="1998801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649E5"/>
    <w:rsid w:val="00AA1D8D"/>
    <w:rsid w:val="00B47730"/>
    <w:rsid w:val="00C72ED3"/>
    <w:rsid w:val="00CB0664"/>
    <w:rsid w:val="00E66058"/>
    <w:rsid w:val="00E66DB0"/>
    <w:rsid w:val="00EC115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15574D"/>
  <w14:defaultImageDpi w14:val="300"/>
  <w15:docId w15:val="{962DDA1F-213E-45FA-A8D2-1E39FD5C3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331F0168E5C554DA946725D61EE9E84" ma:contentTypeVersion="11" ma:contentTypeDescription="Crear nuevo documento." ma:contentTypeScope="" ma:versionID="d37a8dad5ecefdcbf623586a28570afb">
  <xsd:schema xmlns:xsd="http://www.w3.org/2001/XMLSchema" xmlns:xs="http://www.w3.org/2001/XMLSchema" xmlns:p="http://schemas.microsoft.com/office/2006/metadata/properties" xmlns:ns2="981cf5ab-6614-4e85-91c5-d1937be3e93d" xmlns:ns3="62a88a34-c299-4ed0-8ef4-66efb4fbce07" targetNamespace="http://schemas.microsoft.com/office/2006/metadata/properties" ma:root="true" ma:fieldsID="c4ad3eaa0de069dfc63ee0e3960c1ff9" ns2:_="" ns3:_="">
    <xsd:import namespace="981cf5ab-6614-4e85-91c5-d1937be3e93d"/>
    <xsd:import namespace="62a88a34-c299-4ed0-8ef4-66efb4fbce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cf5ab-6614-4e85-91c5-d1937be3e9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e4d09a61-ded6-4ba9-8014-eeb44e948a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88a34-c299-4ed0-8ef4-66efb4fbce0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39bed03-61e2-4258-ab39-0e7a7f2eccec}" ma:internalName="TaxCatchAll" ma:showField="CatchAllData" ma:web="62a88a34-c299-4ed0-8ef4-66efb4fbce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1cf5ab-6614-4e85-91c5-d1937be3e93d">
      <Terms xmlns="http://schemas.microsoft.com/office/infopath/2007/PartnerControls"/>
    </lcf76f155ced4ddcb4097134ff3c332f>
    <TaxCatchAll xmlns="62a88a34-c299-4ed0-8ef4-66efb4fbce07" xsi:nil="true"/>
  </documentManagement>
</p:properties>
</file>

<file path=customXml/itemProps1.xml><?xml version="1.0" encoding="utf-8"?>
<ds:datastoreItem xmlns:ds="http://schemas.openxmlformats.org/officeDocument/2006/customXml" ds:itemID="{50C44251-15CD-4CFF-BF22-356E8FEF5D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EC0DD5-666C-4F0F-9075-2F65B349F72A}"/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009E44D-460E-46E4-A17F-9ECD68055D75}">
  <ds:schemaRefs>
    <ds:schemaRef ds:uri="http://schemas.microsoft.com/office/2006/metadata/properties"/>
    <ds:schemaRef ds:uri="http://schemas.microsoft.com/office/infopath/2007/PartnerControls"/>
    <ds:schemaRef ds:uri="981cf5ab-6614-4e85-91c5-d1937be3e93d"/>
    <ds:schemaRef ds:uri="62a88a34-c299-4ed0-8ef4-66efb4fbce0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Indalopark</cp:lastModifiedBy>
  <cp:revision>2</cp:revision>
  <dcterms:created xsi:type="dcterms:W3CDTF">2026-08-21T11:14:00Z</dcterms:created>
  <dcterms:modified xsi:type="dcterms:W3CDTF">2026-08-21T11:14:00Z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0x010100D331F0168E5C554DA946725D61EE9E84</vt:lpwstr>
  </property>
  <property fmtid="{D5CDD505-2E9C-101B-9397-08002B2CF9AE}" pid="3" name="MediaServiceImageTags">
    <vt:lpwstr/>
  </property>
</Properties>
</file>